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نموذج تقييم واختيار موضوع كتاب علمي</w:t>
      </w:r>
    </w:p>
    <w:p>
      <w:r>
        <w:t>🔹 البيانات الشخصية:</w:t>
      </w:r>
    </w:p>
    <w:p>
      <w:r>
        <w:t>الاسم الكامل:</w:t>
      </w:r>
    </w:p>
    <w:p>
      <w:r>
        <w:t>الكلية / القسم:</w:t>
      </w:r>
    </w:p>
    <w:p>
      <w:r>
        <w:t>المرحلة الدراسية / الدرجة العلمية:</w:t>
      </w:r>
    </w:p>
    <w:p>
      <w:r>
        <w:br/>
        <w:t>🔹 عنوان الكتاب المقترح:</w:t>
      </w:r>
    </w:p>
    <w:p/>
    <w:p>
      <w:r>
        <w:br/>
        <w:t>🔹 المجال العلمي العام:</w:t>
      </w:r>
    </w:p>
    <w:p/>
    <w:p>
      <w:r>
        <w:br/>
        <w:t>🔹 فكرة الكتاب (موجزة):</w:t>
      </w:r>
    </w:p>
    <w:p/>
    <w:p>
      <w:r>
        <w:br/>
        <w:t>🔹 سؤال أو إشكالية الكتاب:</w:t>
      </w:r>
    </w:p>
    <w:p/>
    <w:p>
      <w:r>
        <w:br/>
        <w:t>🔹 أهداف الكتاب:</w:t>
      </w:r>
    </w:p>
    <w:p>
      <w:r>
        <w:t>- الهدف الأول</w:t>
      </w:r>
    </w:p>
    <w:p>
      <w:r>
        <w:t>- الهدف الثاني</w:t>
      </w:r>
    </w:p>
    <w:p>
      <w:r>
        <w:br/>
        <w:t>🔹 مدى توفر المراجع والمصادر:</w:t>
      </w:r>
    </w:p>
    <w:p/>
    <w:p>
      <w:r>
        <w:br/>
        <w:t>🔹 الفئة المستهدفة من الكتاب:</w:t>
      </w:r>
    </w:p>
    <w:p/>
    <w:p>
      <w:r>
        <w:br/>
        <w:t>🔹 خطة مبدئية لفصول الكتاب:</w:t>
      </w:r>
    </w:p>
    <w:p>
      <w:r>
        <w:t xml:space="preserve">الفصل الأول: </w:t>
      </w:r>
    </w:p>
    <w:p>
      <w:r>
        <w:t xml:space="preserve">الفصل الثاني: </w:t>
      </w:r>
    </w:p>
    <w:p>
      <w:r>
        <w:t xml:space="preserve">الفصل الثالث: </w:t>
      </w:r>
    </w:p>
    <w:p>
      <w:r>
        <w:br/>
        <w:t>🔹 ملاحظات المشرف الأكاديمي (اختياري):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