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مشروع تخرج: تطوير استراتيجيات التدريس التفاعلي في الصفوف الابتدائية</w:t>
      </w:r>
    </w:p>
    <w:p>
      <w:pPr>
        <w:pStyle w:val="Heading1"/>
      </w:pPr>
      <w:r>
        <w:t>المقدمة</w:t>
      </w:r>
    </w:p>
    <w:p>
      <w:r>
        <w:t>يهدف هذا المشروع إلى تحليل فعالية استخدام الاستراتيجيات التفاعلية في التعليم الابتدائي، وكيفية تأثيرها على تحفيز الطلاب وتنمية مهاراتهم الأساسية. يتم التركيز على استراتيجيات مثل التعلم التعاوني، والتعلم القائم على اللعب، واستخدام التكنولوجيا في الفصول الدراسية.</w:t>
      </w:r>
    </w:p>
    <w:p>
      <w:pPr>
        <w:pStyle w:val="Heading1"/>
      </w:pPr>
      <w:r>
        <w:t>مشكلة الدراسة</w:t>
      </w:r>
    </w:p>
    <w:p>
      <w:r>
        <w:t>يعاني العديد من المعلمين من صعوبة في إشراك الطلاب في الأنشطة التعليمية بسبب اتباع أساليب تقليدية. يهدف هذا المشروع إلى اقتراح بدائل فعالة وأكثر تفاعلًا.</w:t>
      </w:r>
    </w:p>
    <w:p>
      <w:pPr>
        <w:pStyle w:val="Heading1"/>
      </w:pPr>
      <w:r>
        <w:t>أهداف المشروع</w:t>
      </w:r>
    </w:p>
    <w:p>
      <w:r>
        <w:t>- تقييم أثر استخدام الاستراتيجيات التفاعلية على تحصيل الطلاب.</w:t>
        <w:br/>
        <w:t>- تقديم توصيات لتطوير البيئة التعليمية.</w:t>
        <w:br/>
        <w:t>- تحسين دافعية الطلاب للتعلم.</w:t>
      </w:r>
    </w:p>
    <w:p>
      <w:pPr>
        <w:pStyle w:val="Heading1"/>
      </w:pPr>
      <w:r>
        <w:t>المنهجية</w:t>
      </w:r>
    </w:p>
    <w:p>
      <w:r>
        <w:t>تم استخدام المنهج التجريبي بمقارنة أداء مجموعتين من الطلاب، الأولى تتبع الأساليب التقليدية، والثانية تستخدم طرق تفاعلية. تم استخدام أدوات قياس مثل الاستبيانات والملاحظة المباشرة.</w:t>
      </w:r>
    </w:p>
    <w:p>
      <w:pPr>
        <w:pStyle w:val="Heading1"/>
      </w:pPr>
      <w:r>
        <w:t>النتائج والتوصيات</w:t>
      </w:r>
    </w:p>
    <w:p>
      <w:r>
        <w:t>أظهرت النتائج تحسنًا ملحوظًا في أداء ودافعية الطلاب عند استخدام استراتيجيات التفاعل، ويوصى بتعميم التجربة على نطاق أوسع وتدريب المعلمين على تطبيقها.</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