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كلمة الخريجات – نموذج مختصر وسريع</w:t>
      </w:r>
    </w:p>
    <w:p>
      <w:r>
        <w:t>بسم الله،</w:t>
        <w:br/>
        <w:br/>
        <w:t>تخرجنا ليس نهاية، بل بداية.</w:t>
        <w:br/>
        <w:t>شكرًا لمن علّم، دعم، وآمن بنا.</w:t>
        <w:br/>
        <w:t>اليوم نحتفل، وغدًا نواصل الحلم.</w:t>
        <w:br/>
        <w:t>ألف مبروك!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