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كلمة الخريجات الرسمية – نموذج شامل</w:t>
      </w:r>
    </w:p>
    <w:p>
      <w:r>
        <w:t>بسم الله الرحمن الرحيم،</w:t>
        <w:br/>
        <w:br/>
        <w:t>السادة الحضور، الزميلات العزيزات، الأساتذة الكرام...</w:t>
        <w:br/>
        <w:t>إنه ليومٌ عظيم أن نقف اليوم بينكم، لنُعلن عن نهاية رحلةٍ وبداية مسار جديد في حياتنا المهنية والعلمية.</w:t>
        <w:br/>
        <w:t>نحتفل اليوم بثمار سنوات من الاجتهاد، ونُعبّر عن امتناننا لكل من دعمنا وساندنا.</w:t>
        <w:br/>
        <w:t>سنغادر مقاعد الدراسة، لكن العلم سيظل رفيقنا.</w:t>
        <w:br/>
        <w:t>شكراً لكل من صنع هذا الإنجاز معنا، ونعدكم أن نكون خير سفراء لهذا الصرح.</w:t>
        <w:br/>
        <w:t>والسلام عليكم ورحمة الله وبركاته.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