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'1.0' encoding='UTF-8' standalone='yes'?>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>
      <w:pPr>
        <w:pStyle w:val="Heading1"/>
      </w:pPr>
      <w:r>
        <w:t>دليل إلقاء الكلمة بثقة وقوة أمام الجمهور</w:t>
      </w:r>
    </w:p>
    <w:p>
      <w:pPr>
        <w:jc w:val="center"/>
      </w:pPr>
      <w:r>
        <w:rPr>
          <w:b/>
        </w:rPr>
        <w:t>هذا الدليل مبسّط ومصمم لمساعدتك على إلقاء كلمة التخرج بثقة، دون توتر، وبأسلوب يعبّر عنك.</w:t>
      </w:r>
    </w:p>
    <w:p>
      <w:pPr>
        <w:pStyle w:val="Heading2"/>
      </w:pPr>
      <w:r>
        <w:t>1. كيف تتغلبين على التوتر؟</w:t>
      </w:r>
    </w:p>
    <w:p>
      <w:r>
        <w:t>- خذي نفسًا عميقًا قبل الصعود إلى المنصة.</w:t>
        <w:br/>
        <w:t>- تدربي على الكلمة أكثر من مرة بصوت مرتفع.</w:t>
        <w:br/>
        <w:t>- تذكّري أن الجمهور يتعاطف مع المتحدث، فلا تخافي من الأخطاء الصغيرة.</w:t>
        <w:br/>
        <w:t>- ركّزي على هدفك ومشاعرك، وليس على إرضاء الجميع.</w:t>
      </w:r>
    </w:p>
    <w:p>
      <w:pPr>
        <w:pStyle w:val="Heading2"/>
      </w:pPr>
      <w:r>
        <w:t>2. طريقة الوقوف الصحيحة ونبرة الصوت</w:t>
      </w:r>
    </w:p>
    <w:p>
      <w:r>
        <w:t>- قفي بثبات وارفعي رأسك.</w:t>
        <w:br/>
        <w:t>- اجعلي نبرة صوتك واضحة، وتجنبي السرعة الزائدة.</w:t>
        <w:br/>
        <w:t>- استخدمي تعبيرات وجه مناسبة، وتواصلي بصريًا مع الجمهور.</w:t>
        <w:br/>
        <w:t>- توقفي قليلًا بعد كل فكرة لتسمحي للجمهور بالاستيعاب.</w:t>
      </w:r>
    </w:p>
    <w:p>
      <w:pPr>
        <w:pStyle w:val="Heading2"/>
      </w:pPr>
      <w:r>
        <w:t>3. ماذا تفعلين إذا نسيت جزءًا من الكلمة؟</w:t>
      </w:r>
    </w:p>
    <w:p>
      <w:r>
        <w:t>- خذي لحظة صمت دون إظهار التوتر.</w:t>
        <w:br/>
        <w:t>- تابعي من النقطة التالية بسلاسة.</w:t>
        <w:br/>
        <w:t>- يمكنك تدوين نقاطك الأساسية على ورقة صغيرة للرجوع إليها.</w:t>
        <w:br/>
        <w:t>- الجمهور لن يلاحظ ذلك إذا كنتِ واثقة.</w:t>
      </w:r>
    </w:p>
    <w:sectPr w:rsidR="00FC693F" w:rsidRPr="0006063C" w:rsidSect="00034616">
      <w:pgSz w:w="12240" w:h="15840"/>
      <w:pgMar w:top="1440" w:right="1800" w:bottom="1440" w:left="180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0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panose1 w:val="00000000000000000000"/>
    <w:charset w:val="80"/>
    <w:family w:val="roman"/>
    <w:notTrueType/>
    <w:pitch w:val="fixed"/>
    <w:sig w:usb0="00000001" w:usb1="08070000" w:usb2="00000010" w:usb3="00000000" w:csb0="00020000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  <w:font w:name="ＭＳ ゴシック">
    <w:panose1 w:val="00000000000000000000"/>
    <w:charset w:val="80"/>
    <w:family w:val="modern"/>
    <w:notTrueType/>
    <w:pitch w:val="fixed"/>
    <w:sig w:usb0="00000001" w:usb1="08070000" w:usb2="00000010" w:usb3="00000000" w:csb0="00020000" w:csb1="00000000"/>
  </w:font>
  <w:font w:name="Courier">
    <w:panose1 w:val="02000500000000000000"/>
    <w:charset w:val="00"/>
    <w:family w:val="auto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</w:fonts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7C"/>
    <w:multiLevelType w:val="singleLevel"/>
    <w:tmpl w:val="C310EC42"/>
    <w:lvl w:ilvl="0">
      <w:start w:val="1"/>
      <w:numFmt w:val="decimal"/>
      <w:lvlText w:val="%1."/>
      <w:lvlJc w:val="left"/>
      <w:pPr>
        <w:tabs>
          <w:tab w:val="num" w:pos="1800"/>
        </w:tabs>
        <w:ind w:left="1800" w:hanging="360"/>
      </w:pPr>
    </w:lvl>
  </w:abstractNum>
  <w:abstractNum w:abstractNumId="1">
    <w:nsid w:val="FFFFFF7D"/>
    <w:multiLevelType w:val="singleLevel"/>
    <w:tmpl w:val="E4089024"/>
    <w:lvl w:ilvl="0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</w:lvl>
  </w:abstractNum>
  <w:abstractNum w:abstractNumId="2">
    <w:nsid w:val="FFFFFF7E"/>
    <w:multiLevelType w:val="singleLevel"/>
    <w:tmpl w:val="FB12693A"/>
    <w:lvl w:ilvl="0">
      <w:start w:val="1"/>
      <w:numFmt w:val="decimal"/>
      <w:pStyle w:val="ListNumber3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3">
    <w:nsid w:val="FFFFFF7F"/>
    <w:multiLevelType w:val="singleLevel"/>
    <w:tmpl w:val="38441652"/>
    <w:lvl w:ilvl="0">
      <w:start w:val="1"/>
      <w:numFmt w:val="decimal"/>
      <w:pStyle w:val="ListNumber2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4">
    <w:nsid w:val="FFFFFF81"/>
    <w:multiLevelType w:val="singleLevel"/>
    <w:tmpl w:val="171AC3A4"/>
    <w:lvl w:ilvl="0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</w:abstractNum>
  <w:abstractNum w:abstractNumId="5">
    <w:nsid w:val="FFFFFF82"/>
    <w:multiLevelType w:val="singleLevel"/>
    <w:tmpl w:val="F3EAFDEC"/>
    <w:lvl w:ilvl="0">
      <w:start w:val="1"/>
      <w:numFmt w:val="bullet"/>
      <w:pStyle w:val="ListBullet3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6">
    <w:nsid w:val="FFFFFF83"/>
    <w:multiLevelType w:val="singleLevel"/>
    <w:tmpl w:val="3D1EFFD4"/>
    <w:lvl w:ilvl="0">
      <w:start w:val="1"/>
      <w:numFmt w:val="bullet"/>
      <w:pStyle w:val="ListBullet2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7">
    <w:nsid w:val="FFFFFF88"/>
    <w:multiLevelType w:val="singleLevel"/>
    <w:tmpl w:val="D0A62B40"/>
    <w:lvl w:ilvl="0">
      <w:start w:val="1"/>
      <w:numFmt w:val="decimal"/>
      <w:pStyle w:val="ListNumber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8">
    <w:nsid w:val="FFFFFF89"/>
    <w:multiLevelType w:val="singleLevel"/>
    <w:tmpl w:val="29761A62"/>
    <w:lvl w:ilvl="0">
      <w:start w:val="1"/>
      <w:numFmt w:val="bullet"/>
      <w:pStyle w:val="List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num w:numId="1">
    <w:abstractNumId w:val="8"/>
  </w:num>
  <w:num w:numId="2">
    <w:abstractNumId w:val="6"/>
  </w:num>
  <w:num w:numId="3">
    <w:abstractNumId w:val="5"/>
  </w:num>
  <w:num w:numId="4">
    <w:abstractNumId w:val="4"/>
  </w:num>
  <w:num w:numId="5">
    <w:abstractNumId w:val="7"/>
  </w:num>
  <w:num w:numId="6">
    <w:abstractNumId w:val="3"/>
  </w:num>
  <w:num w:numId="7">
    <w:abstractNumId w:val="2"/>
  </w:num>
  <w:num w:numId="8">
    <w:abstractNumId w:val="1"/>
  </w:num>
  <w:num w:numId="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val="bestFit"/>
  <w:proofState w:spelling="clean" w:grammar="clean"/>
  <w:defaultTabStop w:val="720"/>
  <w:characterSpacingControl w:val="doNotCompress"/>
  <w:savePreviewPicture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47730"/>
    <w:rsid w:val="00034616"/>
    <w:rsid w:val="0006063C"/>
    <w:rsid w:val="0015074B"/>
    <w:rsid w:val="0029639D"/>
    <w:rsid w:val="00326F90"/>
    <w:rsid w:val="00AA1D8D"/>
    <w:rsid w:val="00B47730"/>
    <w:rsid w:val="00CB0664"/>
    <w:rsid w:val="00FC69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7"/>
    <o:shapelayout v:ext="edit">
      <o:idmap v:ext="edit" data="1"/>
    </o:shapelayout>
  </w:shapeDefaults>
  <w:decimalSymbol w:val="."/>
  <w:listSeparator w:val=","/>
  <w14:docId w14:val="24062061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er">
    <w:name w:val="header"/>
    <w:basedOn w:val="Normal"/>
    <w:link w:val="Head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E618BF"/>
  </w:style>
  <w:style w:type="paragraph" w:styleId="Footer">
    <w:name w:val="footer"/>
    <w:basedOn w:val="Normal"/>
    <w:link w:val="Foot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E618B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  <w:doNotSaveAsSingleFile/>
</w:webSettings>
</file>

<file path=word/_rels/document.xml.rels><?xml version='1.0' encoding='UTF-8' standalone='yes'?>
<Relationships xmlns="http://schemas.openxmlformats.org/package/2006/relationships"><Relationship Id="rId3" Type="http://schemas.openxmlformats.org/officeDocument/2006/relationships/styles" Target="styles.xml"/><Relationship Id="rId4" Type="http://schemas.microsoft.com/office/2007/relationships/stylesWithEffects" Target="stylesWithEffects.xml"/><Relationship Id="rId5" Type="http://schemas.openxmlformats.org/officeDocument/2006/relationships/settings" Target="settings.xml"/><Relationship Id="rId6" Type="http://schemas.openxmlformats.org/officeDocument/2006/relationships/webSettings" Target="webSettings.xml"/><Relationship Id="rId7" Type="http://schemas.openxmlformats.org/officeDocument/2006/relationships/fontTable" Target="fontTable.xml"/><Relationship Id="rId8" Type="http://schemas.openxmlformats.org/officeDocument/2006/relationships/theme" Target="theme/theme1.xml"/><Relationship Id="rId1" Type="http://schemas.openxmlformats.org/officeDocument/2006/relationships/customXml" Target="../customXml/item1.xml"/><Relationship Id="rId2" Type="http://schemas.openxmlformats.org/officeDocument/2006/relationships/numbering" Target="numbering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'1.0' encoding='UTF-8' standalone='yes'?>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EF278816-EC6F-A645-907D-7F25AECB1D4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0</Words>
  <Characters>0</Characters>
  <Application>Microsoft Macintosh Word</Application>
  <DocSecurity>0</DocSecurity>
  <Lines>0</Lines>
  <Paragraphs>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Manager/>
  <Company/>
  <LinksUpToDate>false</LinksUpToDate>
  <CharactersWithSpaces>0</CharactersWithSpaces>
  <SharedDoc>false</SharedDoc>
  <HyperlinkBase/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python-docx</dc:creator>
  <cp:keywords/>
  <dc:description>generated by python-docx</dc:description>
  <cp:lastModifiedBy/>
  <cp:revision>1</cp:revision>
  <dcterms:created xsi:type="dcterms:W3CDTF">2013-12-23T23:15:00Z</dcterms:created>
  <dcterms:modified xsi:type="dcterms:W3CDTF">2013-12-23T23:15:00Z</dcterms:modified>
  <cp:category/>
</cp:coreProperties>
</file>